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83D00" w14:textId="77777777" w:rsidR="004E4320" w:rsidRPr="00735463" w:rsidRDefault="005639B4" w:rsidP="00735463">
      <w:pPr>
        <w:jc w:val="center"/>
        <w:rPr>
          <w:rFonts w:ascii="Calibri Light" w:hAnsi="Calibri Light" w:cs="Calibri Light"/>
        </w:rPr>
      </w:pPr>
      <w:r w:rsidRPr="00735463">
        <w:rPr>
          <w:rFonts w:ascii="Calibri Light" w:hAnsi="Calibri Light" w:cs="Calibri Light"/>
          <w:b/>
          <w:sz w:val="18"/>
        </w:rPr>
        <w:t>KONSULTACJE SPOŁECZNE</w:t>
      </w:r>
    </w:p>
    <w:p w14:paraId="6528F7AD" w14:textId="77777777" w:rsidR="004E4320" w:rsidRPr="00735463" w:rsidRDefault="005639B4" w:rsidP="00735463">
      <w:pPr>
        <w:pStyle w:val="Tytu"/>
        <w:jc w:val="center"/>
        <w:rPr>
          <w:rFonts w:ascii="Calibri Light" w:hAnsi="Calibri Light" w:cs="Calibri Light"/>
        </w:rPr>
      </w:pPr>
      <w:r w:rsidRPr="00735463">
        <w:rPr>
          <w:rFonts w:ascii="Calibri Light" w:hAnsi="Calibri Light" w:cs="Calibri Light"/>
        </w:rPr>
        <w:t>Ankieta konsultacyjna</w:t>
      </w:r>
    </w:p>
    <w:p w14:paraId="6FB28E0C" w14:textId="77777777" w:rsidR="004E4320" w:rsidRPr="00735463" w:rsidRDefault="005639B4" w:rsidP="00735463">
      <w:pPr>
        <w:spacing w:after="40"/>
        <w:jc w:val="center"/>
        <w:rPr>
          <w:rFonts w:ascii="Calibri Light" w:hAnsi="Calibri Light" w:cs="Calibri Light"/>
        </w:rPr>
      </w:pPr>
      <w:r w:rsidRPr="00735463">
        <w:rPr>
          <w:rFonts w:ascii="Calibri Light" w:hAnsi="Calibri Light" w:cs="Calibri Light"/>
          <w:sz w:val="24"/>
        </w:rPr>
        <w:t>Formularz zgłaszania uwag do projektu</w:t>
      </w:r>
    </w:p>
    <w:p w14:paraId="68E58C78" w14:textId="77777777" w:rsidR="00265069" w:rsidRDefault="0073696E" w:rsidP="0073696E">
      <w:pPr>
        <w:spacing w:after="140"/>
        <w:jc w:val="center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  <w:r w:rsidRPr="0073696E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 xml:space="preserve">uchwały Rady Gminy Dobra w sprawie przyjęcia Regulaminu działania </w:t>
      </w:r>
    </w:p>
    <w:p w14:paraId="7D86C985" w14:textId="3261B18F" w:rsidR="0073696E" w:rsidRDefault="0073696E" w:rsidP="0073696E">
      <w:pPr>
        <w:spacing w:after="140"/>
        <w:jc w:val="center"/>
        <w:rPr>
          <w:rFonts w:ascii="Calibri Light" w:hAnsi="Calibri Light" w:cs="Calibri Light"/>
        </w:rPr>
      </w:pPr>
      <w:r w:rsidRPr="0073696E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Komitetu Rewitalizacji Gminy Dobra</w:t>
      </w:r>
    </w:p>
    <w:p w14:paraId="7226698E" w14:textId="1668E5B7" w:rsidR="00735463" w:rsidRPr="00735463" w:rsidRDefault="005639B4">
      <w:pPr>
        <w:spacing w:after="140"/>
        <w:rPr>
          <w:rFonts w:ascii="Calibri Light" w:hAnsi="Calibri Light" w:cs="Calibri Light"/>
        </w:rPr>
      </w:pPr>
      <w:r w:rsidRPr="00735463">
        <w:rPr>
          <w:rFonts w:ascii="Calibri Light" w:hAnsi="Calibri Light" w:cs="Calibri Light"/>
        </w:rPr>
        <w:t xml:space="preserve">Zapraszamy mieszkańców oraz pozostałych interesariuszy do zgłaszania </w:t>
      </w:r>
      <w:r w:rsidR="0073696E">
        <w:rPr>
          <w:rFonts w:ascii="Calibri Light" w:hAnsi="Calibri Light" w:cs="Calibri Light"/>
        </w:rPr>
        <w:t>uwag.</w:t>
      </w:r>
    </w:p>
    <w:p w14:paraId="3E3DD55D" w14:textId="77777777" w:rsidR="004E4320" w:rsidRPr="00735463" w:rsidRDefault="005639B4">
      <w:pPr>
        <w:spacing w:after="60"/>
        <w:rPr>
          <w:rFonts w:ascii="Calibri Light" w:hAnsi="Calibri Light" w:cs="Calibri Light"/>
        </w:rPr>
      </w:pPr>
      <w:r w:rsidRPr="00735463">
        <w:rPr>
          <w:rFonts w:ascii="Calibri Light" w:hAnsi="Calibri Light" w:cs="Calibri Light"/>
          <w:b/>
          <w:sz w:val="22"/>
        </w:rPr>
        <w:t>A. Związek z Gminą Dobra (odpowiedź dobrowolna)</w:t>
      </w:r>
    </w:p>
    <w:p w14:paraId="652F3929" w14:textId="3637DC12" w:rsidR="004E4320" w:rsidRPr="00735463" w:rsidRDefault="00735463">
      <w:pPr>
        <w:spacing w:after="60"/>
        <w:rPr>
          <w:rFonts w:ascii="Calibri Light" w:hAnsi="Calibri Light" w:cs="Calibri Light"/>
        </w:rPr>
      </w:pPr>
      <w:r>
        <w:rPr>
          <w:rFonts w:ascii="Calibri Light" w:hAnsi="Calibri Light" w:cs="Calibri Light"/>
          <w:sz w:val="18"/>
        </w:rPr>
        <w:t xml:space="preserve">1. </w:t>
      </w:r>
      <w:r w:rsidRPr="00735463">
        <w:rPr>
          <w:rFonts w:ascii="Calibri Light" w:hAnsi="Calibri Light" w:cs="Calibri Light"/>
          <w:sz w:val="18"/>
        </w:rPr>
        <w:t>Można zaznaczyć więcej niż jedną odpowiedź.</w:t>
      </w:r>
    </w:p>
    <w:p w14:paraId="6054CD70" w14:textId="40629259" w:rsidR="00735463" w:rsidRPr="00EB73AA" w:rsidRDefault="005639B4">
      <w:pPr>
        <w:spacing w:after="140"/>
        <w:rPr>
          <w:rFonts w:ascii="Calibri Light" w:hAnsi="Calibri Light" w:cs="Calibri Light"/>
          <w:sz w:val="20"/>
        </w:rPr>
      </w:pPr>
      <w:r w:rsidRPr="00735463">
        <w:rPr>
          <w:rFonts w:ascii="Segoe UI Symbol" w:hAnsi="Segoe UI Symbol" w:cs="Segoe UI Symbol"/>
          <w:sz w:val="20"/>
        </w:rPr>
        <w:t>☐</w:t>
      </w:r>
      <w:r w:rsidRPr="00735463">
        <w:rPr>
          <w:rFonts w:ascii="Calibri Light" w:hAnsi="Calibri Light" w:cs="Calibri Light"/>
          <w:sz w:val="20"/>
        </w:rPr>
        <w:t xml:space="preserve"> mieszkam w gminie    </w:t>
      </w:r>
      <w:r w:rsidRPr="00735463">
        <w:rPr>
          <w:rFonts w:ascii="Segoe UI Symbol" w:hAnsi="Segoe UI Symbol" w:cs="Segoe UI Symbol"/>
          <w:sz w:val="20"/>
        </w:rPr>
        <w:t>☐</w:t>
      </w:r>
      <w:r w:rsidRPr="00735463">
        <w:rPr>
          <w:rFonts w:ascii="Calibri Light" w:hAnsi="Calibri Light" w:cs="Calibri Light"/>
          <w:sz w:val="20"/>
        </w:rPr>
        <w:t xml:space="preserve"> posiadam lub zarządzam tu nieruchomością</w:t>
      </w:r>
      <w:r w:rsidRPr="00735463">
        <w:rPr>
          <w:rFonts w:ascii="Calibri Light" w:hAnsi="Calibri Light" w:cs="Calibri Light"/>
          <w:sz w:val="20"/>
        </w:rPr>
        <w:br/>
      </w:r>
      <w:r w:rsidRPr="00735463">
        <w:rPr>
          <w:rFonts w:ascii="Segoe UI Symbol" w:hAnsi="Segoe UI Symbol" w:cs="Segoe UI Symbol"/>
          <w:sz w:val="20"/>
        </w:rPr>
        <w:t>☐</w:t>
      </w:r>
      <w:r w:rsidRPr="00735463">
        <w:rPr>
          <w:rFonts w:ascii="Calibri Light" w:hAnsi="Calibri Light" w:cs="Calibri Light"/>
          <w:sz w:val="20"/>
        </w:rPr>
        <w:t xml:space="preserve"> pracuję lub prowadzę tu działalność gospodarczą</w:t>
      </w:r>
      <w:r w:rsidRPr="00735463">
        <w:rPr>
          <w:rFonts w:ascii="Calibri Light" w:hAnsi="Calibri Light" w:cs="Calibri Light"/>
          <w:sz w:val="20"/>
        </w:rPr>
        <w:br/>
      </w:r>
      <w:r w:rsidRPr="00735463">
        <w:rPr>
          <w:rFonts w:ascii="Segoe UI Symbol" w:hAnsi="Segoe UI Symbol" w:cs="Segoe UI Symbol"/>
          <w:sz w:val="20"/>
        </w:rPr>
        <w:t>☐</w:t>
      </w:r>
      <w:r w:rsidRPr="00735463">
        <w:rPr>
          <w:rFonts w:ascii="Calibri Light" w:hAnsi="Calibri Light" w:cs="Calibri Light"/>
          <w:sz w:val="20"/>
        </w:rPr>
        <w:t xml:space="preserve"> reprezentuję organizację lub instytucję    </w:t>
      </w:r>
      <w:r w:rsidRPr="00735463">
        <w:rPr>
          <w:rFonts w:ascii="Segoe UI Symbol" w:hAnsi="Segoe UI Symbol" w:cs="Segoe UI Symbol"/>
          <w:sz w:val="20"/>
        </w:rPr>
        <w:t>☐</w:t>
      </w:r>
      <w:r w:rsidRPr="00735463">
        <w:rPr>
          <w:rFonts w:ascii="Calibri Light" w:hAnsi="Calibri Light" w:cs="Calibri Light"/>
          <w:sz w:val="20"/>
        </w:rPr>
        <w:t xml:space="preserve"> inny związek z gminą</w:t>
      </w:r>
    </w:p>
    <w:p w14:paraId="633EC06F" w14:textId="4BC4A730" w:rsidR="00735463" w:rsidRPr="00735463" w:rsidRDefault="00735463" w:rsidP="00735463">
      <w:pPr>
        <w:spacing w:after="60"/>
        <w:rPr>
          <w:rFonts w:ascii="Calibri Light" w:hAnsi="Calibri Light" w:cs="Calibri Light"/>
        </w:rPr>
      </w:pPr>
      <w:r>
        <w:rPr>
          <w:rFonts w:ascii="Calibri Light" w:hAnsi="Calibri Light" w:cs="Calibri Light"/>
          <w:sz w:val="18"/>
        </w:rPr>
        <w:t>2. Wiek respondenta</w:t>
      </w:r>
    </w:p>
    <w:p w14:paraId="11396E07" w14:textId="57B11AEB" w:rsidR="00735463" w:rsidRPr="00EB73AA" w:rsidRDefault="00735463">
      <w:pPr>
        <w:spacing w:after="140"/>
        <w:rPr>
          <w:rFonts w:ascii="Calibri Light" w:hAnsi="Calibri Light" w:cs="Calibri Light"/>
          <w:sz w:val="20"/>
        </w:rPr>
      </w:pPr>
      <w:r w:rsidRPr="00735463">
        <w:rPr>
          <w:rFonts w:ascii="Segoe UI Symbol" w:hAnsi="Segoe UI Symbol" w:cs="Segoe UI Symbol"/>
          <w:sz w:val="20"/>
        </w:rPr>
        <w:t>☐</w:t>
      </w:r>
      <w:r w:rsidRPr="00735463">
        <w:rPr>
          <w:rFonts w:ascii="Calibri Light" w:hAnsi="Calibri Light" w:cs="Calibri Light"/>
          <w:sz w:val="20"/>
        </w:rPr>
        <w:t xml:space="preserve"> </w:t>
      </w:r>
      <w:r>
        <w:rPr>
          <w:rFonts w:ascii="Calibri Light" w:hAnsi="Calibri Light" w:cs="Calibri Light"/>
          <w:sz w:val="20"/>
        </w:rPr>
        <w:t>poniżej 18 roku życia</w:t>
      </w:r>
      <w:r w:rsidRPr="00735463">
        <w:rPr>
          <w:rFonts w:ascii="Calibri Light" w:hAnsi="Calibri Light" w:cs="Calibri Light"/>
          <w:sz w:val="20"/>
        </w:rPr>
        <w:t xml:space="preserve">    </w:t>
      </w:r>
      <w:r w:rsidRPr="00735463">
        <w:rPr>
          <w:rFonts w:ascii="Segoe UI Symbol" w:hAnsi="Segoe UI Symbol" w:cs="Segoe UI Symbol"/>
          <w:sz w:val="20"/>
        </w:rPr>
        <w:t>☐</w:t>
      </w:r>
      <w:r w:rsidRPr="00735463">
        <w:rPr>
          <w:rFonts w:ascii="Calibri Light" w:hAnsi="Calibri Light" w:cs="Calibri Light"/>
          <w:sz w:val="20"/>
        </w:rPr>
        <w:t xml:space="preserve"> </w:t>
      </w:r>
      <w:r>
        <w:rPr>
          <w:rFonts w:ascii="Calibri Light" w:hAnsi="Calibri Light" w:cs="Calibri Light"/>
          <w:sz w:val="20"/>
        </w:rPr>
        <w:t>18-24 lata</w:t>
      </w:r>
      <w:r w:rsidRPr="00735463">
        <w:rPr>
          <w:rFonts w:ascii="Calibri Light" w:hAnsi="Calibri Light" w:cs="Calibri Light"/>
          <w:sz w:val="20"/>
        </w:rPr>
        <w:br/>
      </w:r>
      <w:r w:rsidRPr="00735463">
        <w:rPr>
          <w:rFonts w:ascii="Segoe UI Symbol" w:hAnsi="Segoe UI Symbol" w:cs="Segoe UI Symbol"/>
          <w:sz w:val="20"/>
        </w:rPr>
        <w:t>☐</w:t>
      </w:r>
      <w:r w:rsidRPr="00735463">
        <w:rPr>
          <w:rFonts w:ascii="Calibri Light" w:hAnsi="Calibri Light" w:cs="Calibri Light"/>
          <w:sz w:val="20"/>
        </w:rPr>
        <w:t xml:space="preserve"> </w:t>
      </w:r>
      <w:r w:rsidR="00EB73AA">
        <w:rPr>
          <w:rFonts w:ascii="Calibri Light" w:hAnsi="Calibri Light" w:cs="Calibri Light"/>
          <w:sz w:val="20"/>
        </w:rPr>
        <w:t>25</w:t>
      </w:r>
      <w:r>
        <w:rPr>
          <w:rFonts w:ascii="Calibri Light" w:hAnsi="Calibri Light" w:cs="Calibri Light"/>
          <w:sz w:val="20"/>
        </w:rPr>
        <w:t>-40 lat</w:t>
      </w:r>
      <w:r w:rsidRPr="00735463">
        <w:rPr>
          <w:rFonts w:ascii="Calibri Light" w:hAnsi="Calibri Light" w:cs="Calibri Light"/>
          <w:sz w:val="20"/>
        </w:rPr>
        <w:br/>
      </w:r>
      <w:r w:rsidRPr="00735463">
        <w:rPr>
          <w:rFonts w:ascii="Segoe UI Symbol" w:hAnsi="Segoe UI Symbol" w:cs="Segoe UI Symbol"/>
          <w:sz w:val="20"/>
        </w:rPr>
        <w:t>☐</w:t>
      </w:r>
      <w:r w:rsidRPr="00735463">
        <w:rPr>
          <w:rFonts w:ascii="Calibri Light" w:hAnsi="Calibri Light" w:cs="Calibri Light"/>
          <w:sz w:val="20"/>
        </w:rPr>
        <w:t xml:space="preserve"> </w:t>
      </w:r>
      <w:r>
        <w:rPr>
          <w:rFonts w:ascii="Calibri Light" w:hAnsi="Calibri Light" w:cs="Calibri Light"/>
          <w:sz w:val="20"/>
        </w:rPr>
        <w:t>4</w:t>
      </w:r>
      <w:r w:rsidR="00EB73AA">
        <w:rPr>
          <w:rFonts w:ascii="Calibri Light" w:hAnsi="Calibri Light" w:cs="Calibri Light"/>
          <w:sz w:val="20"/>
        </w:rPr>
        <w:t>1</w:t>
      </w:r>
      <w:r>
        <w:rPr>
          <w:rFonts w:ascii="Calibri Light" w:hAnsi="Calibri Light" w:cs="Calibri Light"/>
          <w:sz w:val="20"/>
        </w:rPr>
        <w:t>-60 lat</w:t>
      </w:r>
      <w:r w:rsidRPr="00735463">
        <w:rPr>
          <w:rFonts w:ascii="Calibri Light" w:hAnsi="Calibri Light" w:cs="Calibri Light"/>
          <w:sz w:val="20"/>
        </w:rPr>
        <w:t xml:space="preserve">    </w:t>
      </w:r>
      <w:r w:rsidRPr="00735463">
        <w:rPr>
          <w:rFonts w:ascii="Segoe UI Symbol" w:hAnsi="Segoe UI Symbol" w:cs="Segoe UI Symbol"/>
          <w:sz w:val="20"/>
        </w:rPr>
        <w:t>☐</w:t>
      </w:r>
      <w:r w:rsidRPr="00735463">
        <w:rPr>
          <w:rFonts w:ascii="Calibri Light" w:hAnsi="Calibri Light" w:cs="Calibri Light"/>
          <w:sz w:val="20"/>
        </w:rPr>
        <w:t xml:space="preserve"> </w:t>
      </w:r>
      <w:r>
        <w:rPr>
          <w:rFonts w:ascii="Calibri Light" w:hAnsi="Calibri Light" w:cs="Calibri Light"/>
          <w:sz w:val="20"/>
        </w:rPr>
        <w:t>60+</w:t>
      </w:r>
    </w:p>
    <w:p w14:paraId="1911634A" w14:textId="53F81B46" w:rsidR="004E4320" w:rsidRPr="00735463" w:rsidRDefault="005639B4">
      <w:pPr>
        <w:spacing w:after="100"/>
        <w:rPr>
          <w:rFonts w:ascii="Calibri Light" w:hAnsi="Calibri Light" w:cs="Calibri Light"/>
        </w:rPr>
      </w:pPr>
      <w:r w:rsidRPr="00735463">
        <w:rPr>
          <w:rFonts w:ascii="Calibri Light" w:hAnsi="Calibri Light" w:cs="Calibri Light"/>
          <w:b/>
          <w:sz w:val="22"/>
        </w:rPr>
        <w:t xml:space="preserve">B. Uwaga do projektu </w:t>
      </w:r>
      <w:r w:rsidR="0073696E">
        <w:rPr>
          <w:rFonts w:ascii="Calibri Light" w:hAnsi="Calibri Light" w:cs="Calibri Light"/>
          <w:b/>
          <w:sz w:val="22"/>
        </w:rPr>
        <w:t>uchwały.</w:t>
      </w:r>
    </w:p>
    <w:p w14:paraId="5FDFB0E8" w14:textId="714EBA52" w:rsidR="004E4320" w:rsidRPr="00735463" w:rsidRDefault="005639B4" w:rsidP="0073696E">
      <w:pPr>
        <w:spacing w:after="40"/>
        <w:rPr>
          <w:rFonts w:ascii="Calibri Light" w:hAnsi="Calibri Light" w:cs="Calibri Light"/>
        </w:rPr>
      </w:pPr>
      <w:r w:rsidRPr="00735463">
        <w:rPr>
          <w:rFonts w:ascii="Calibri Light" w:hAnsi="Calibri Light" w:cs="Calibri Light"/>
          <w:b/>
        </w:rPr>
        <w:t xml:space="preserve">1. Której części projektu </w:t>
      </w:r>
      <w:r w:rsidR="0073696E">
        <w:rPr>
          <w:rFonts w:ascii="Calibri Light" w:hAnsi="Calibri Light" w:cs="Calibri Light"/>
          <w:b/>
        </w:rPr>
        <w:t xml:space="preserve">uchwały </w:t>
      </w:r>
      <w:r w:rsidRPr="00735463">
        <w:rPr>
          <w:rFonts w:ascii="Calibri Light" w:hAnsi="Calibri Light" w:cs="Calibri Light"/>
          <w:b/>
        </w:rPr>
        <w:t>lub jakiego miejsca dotyczy uwaga?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4E4320" w:rsidRPr="00735463" w14:paraId="4AE9CFD6" w14:textId="77777777">
        <w:trPr>
          <w:cantSplit/>
          <w:trHeight w:val="765"/>
          <w:jc w:val="center"/>
        </w:trPr>
        <w:tc>
          <w:tcPr>
            <w:tcW w:w="9638" w:type="dxa"/>
            <w:tcBorders>
              <w:top w:val="single" w:sz="4" w:space="0" w:color="A8B2B8"/>
              <w:left w:val="single" w:sz="4" w:space="0" w:color="A8B2B8"/>
              <w:bottom w:val="single" w:sz="4" w:space="0" w:color="A8B2B8"/>
              <w:right w:val="single" w:sz="4" w:space="0" w:color="A8B2B8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54C352" w14:textId="77777777" w:rsidR="004E4320" w:rsidRDefault="004E4320">
            <w:pPr>
              <w:spacing w:after="0"/>
              <w:rPr>
                <w:rFonts w:ascii="Calibri Light" w:hAnsi="Calibri Light" w:cs="Calibri Light"/>
              </w:rPr>
            </w:pPr>
          </w:p>
          <w:p w14:paraId="7A110EC3" w14:textId="77777777" w:rsidR="00735463" w:rsidRDefault="00735463">
            <w:pPr>
              <w:spacing w:after="0"/>
              <w:rPr>
                <w:rFonts w:ascii="Calibri Light" w:hAnsi="Calibri Light" w:cs="Calibri Light"/>
              </w:rPr>
            </w:pPr>
          </w:p>
          <w:p w14:paraId="7213776F" w14:textId="77777777" w:rsidR="00735463" w:rsidRDefault="00735463">
            <w:pPr>
              <w:spacing w:after="0"/>
              <w:rPr>
                <w:rFonts w:ascii="Calibri Light" w:hAnsi="Calibri Light" w:cs="Calibri Light"/>
              </w:rPr>
            </w:pPr>
          </w:p>
          <w:p w14:paraId="3B86F0D7" w14:textId="77777777" w:rsidR="00EB73AA" w:rsidRDefault="00EB73AA">
            <w:pPr>
              <w:spacing w:after="0"/>
              <w:rPr>
                <w:rFonts w:ascii="Calibri Light" w:hAnsi="Calibri Light" w:cs="Calibri Light"/>
              </w:rPr>
            </w:pPr>
          </w:p>
          <w:p w14:paraId="782E70C2" w14:textId="77777777" w:rsidR="00EB73AA" w:rsidRDefault="00EB73AA">
            <w:pPr>
              <w:spacing w:after="0"/>
              <w:rPr>
                <w:rFonts w:ascii="Calibri Light" w:hAnsi="Calibri Light" w:cs="Calibri Light"/>
              </w:rPr>
            </w:pPr>
          </w:p>
          <w:p w14:paraId="23929EFB" w14:textId="77777777" w:rsidR="00735463" w:rsidRPr="00735463" w:rsidRDefault="00735463">
            <w:pPr>
              <w:spacing w:after="0"/>
              <w:rPr>
                <w:rFonts w:ascii="Calibri Light" w:hAnsi="Calibri Light" w:cs="Calibri Light"/>
              </w:rPr>
            </w:pPr>
          </w:p>
        </w:tc>
      </w:tr>
    </w:tbl>
    <w:p w14:paraId="6C20FD05" w14:textId="77777777" w:rsidR="00EB73AA" w:rsidRDefault="00EB73AA">
      <w:pPr>
        <w:spacing w:after="40"/>
        <w:rPr>
          <w:rFonts w:ascii="Calibri Light" w:hAnsi="Calibri Light" w:cs="Calibri Light"/>
          <w:b/>
        </w:rPr>
      </w:pPr>
    </w:p>
    <w:p w14:paraId="04B1B7D5" w14:textId="744ED28C" w:rsidR="004E4320" w:rsidRPr="00735463" w:rsidRDefault="005639B4">
      <w:pPr>
        <w:spacing w:after="40"/>
        <w:rPr>
          <w:rFonts w:ascii="Calibri Light" w:hAnsi="Calibri Light" w:cs="Calibri Light"/>
        </w:rPr>
      </w:pPr>
      <w:r w:rsidRPr="00735463">
        <w:rPr>
          <w:rFonts w:ascii="Calibri Light" w:hAnsi="Calibri Light" w:cs="Calibri Light"/>
          <w:b/>
        </w:rPr>
        <w:t>2. Jaka jest proponowana zmiana?</w:t>
      </w:r>
    </w:p>
    <w:p w14:paraId="30E61908" w14:textId="77777777" w:rsidR="004E4320" w:rsidRPr="00735463" w:rsidRDefault="005639B4">
      <w:pPr>
        <w:rPr>
          <w:rFonts w:ascii="Calibri Light" w:hAnsi="Calibri Light" w:cs="Calibri Light"/>
        </w:rPr>
      </w:pPr>
      <w:r w:rsidRPr="00735463">
        <w:rPr>
          <w:rFonts w:ascii="Calibri Light" w:hAnsi="Calibri Light" w:cs="Calibri Light"/>
          <w:sz w:val="18"/>
        </w:rPr>
        <w:t>Prosimy opisać, co warto pozostawić, zmienić, dodać, usunąć lub wyjaśnić.</w:t>
      </w:r>
    </w:p>
    <w:tbl>
      <w:tblPr>
        <w:tblW w:w="9652" w:type="dxa"/>
        <w:jc w:val="center"/>
        <w:tblLayout w:type="fixed"/>
        <w:tblLook w:val="04A0" w:firstRow="1" w:lastRow="0" w:firstColumn="1" w:lastColumn="0" w:noHBand="0" w:noVBand="1"/>
      </w:tblPr>
      <w:tblGrid>
        <w:gridCol w:w="9652"/>
      </w:tblGrid>
      <w:tr w:rsidR="004E4320" w:rsidRPr="00735463" w14:paraId="6FF3FC06" w14:textId="77777777" w:rsidTr="0073696E">
        <w:trPr>
          <w:cantSplit/>
          <w:trHeight w:val="886"/>
          <w:jc w:val="center"/>
        </w:trPr>
        <w:tc>
          <w:tcPr>
            <w:tcW w:w="9652" w:type="dxa"/>
            <w:tcBorders>
              <w:top w:val="single" w:sz="4" w:space="0" w:color="A8B2B8"/>
              <w:left w:val="single" w:sz="4" w:space="0" w:color="A8B2B8"/>
              <w:bottom w:val="single" w:sz="4" w:space="0" w:color="A8B2B8"/>
              <w:right w:val="single" w:sz="4" w:space="0" w:color="A8B2B8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A6EF46" w14:textId="77777777" w:rsidR="004E4320" w:rsidRDefault="004E4320">
            <w:pPr>
              <w:spacing w:after="0"/>
              <w:rPr>
                <w:rFonts w:ascii="Calibri Light" w:hAnsi="Calibri Light" w:cs="Calibri Light"/>
              </w:rPr>
            </w:pPr>
          </w:p>
          <w:p w14:paraId="2988B53B" w14:textId="77777777" w:rsidR="00735463" w:rsidRDefault="00735463">
            <w:pPr>
              <w:spacing w:after="0"/>
              <w:rPr>
                <w:rFonts w:ascii="Calibri Light" w:hAnsi="Calibri Light" w:cs="Calibri Light"/>
              </w:rPr>
            </w:pPr>
          </w:p>
          <w:p w14:paraId="3E6C8228" w14:textId="77777777" w:rsidR="00735463" w:rsidRDefault="00735463">
            <w:pPr>
              <w:spacing w:after="0"/>
              <w:rPr>
                <w:rFonts w:ascii="Calibri Light" w:hAnsi="Calibri Light" w:cs="Calibri Light"/>
              </w:rPr>
            </w:pPr>
          </w:p>
          <w:p w14:paraId="5655449D" w14:textId="77777777" w:rsidR="00EB73AA" w:rsidRDefault="00EB73AA">
            <w:pPr>
              <w:spacing w:after="0"/>
              <w:rPr>
                <w:rFonts w:ascii="Calibri Light" w:hAnsi="Calibri Light" w:cs="Calibri Light"/>
              </w:rPr>
            </w:pPr>
          </w:p>
          <w:p w14:paraId="564FE119" w14:textId="77777777" w:rsidR="00EB73AA" w:rsidRDefault="00EB73AA">
            <w:pPr>
              <w:spacing w:after="0"/>
              <w:rPr>
                <w:rFonts w:ascii="Calibri Light" w:hAnsi="Calibri Light" w:cs="Calibri Light"/>
              </w:rPr>
            </w:pPr>
          </w:p>
          <w:p w14:paraId="065B19A8" w14:textId="77777777" w:rsidR="00735463" w:rsidRPr="00735463" w:rsidRDefault="00735463">
            <w:pPr>
              <w:spacing w:after="0"/>
              <w:rPr>
                <w:rFonts w:ascii="Calibri Light" w:hAnsi="Calibri Light" w:cs="Calibri Light"/>
              </w:rPr>
            </w:pPr>
          </w:p>
        </w:tc>
      </w:tr>
    </w:tbl>
    <w:p w14:paraId="7E1862A5" w14:textId="77777777" w:rsidR="004E4320" w:rsidRPr="00735463" w:rsidRDefault="004E4320">
      <w:pPr>
        <w:spacing w:after="20" w:line="40" w:lineRule="exact"/>
        <w:rPr>
          <w:rFonts w:ascii="Calibri Light" w:hAnsi="Calibri Light" w:cs="Calibri Light"/>
        </w:rPr>
      </w:pPr>
    </w:p>
    <w:p w14:paraId="088D4683" w14:textId="77777777" w:rsidR="004E4320" w:rsidRPr="00735463" w:rsidRDefault="005639B4">
      <w:pPr>
        <w:spacing w:after="40"/>
        <w:rPr>
          <w:rFonts w:ascii="Calibri Light" w:hAnsi="Calibri Light" w:cs="Calibri Light"/>
        </w:rPr>
      </w:pPr>
      <w:r w:rsidRPr="00735463">
        <w:rPr>
          <w:rFonts w:ascii="Calibri Light" w:hAnsi="Calibri Light" w:cs="Calibri Light"/>
          <w:b/>
        </w:rPr>
        <w:t>3. Jakie jest uzasadnienie uwagi?</w:t>
      </w:r>
    </w:p>
    <w:p w14:paraId="2ED6B8BA" w14:textId="77777777" w:rsidR="004E4320" w:rsidRPr="00735463" w:rsidRDefault="005639B4">
      <w:pPr>
        <w:rPr>
          <w:rFonts w:ascii="Calibri Light" w:hAnsi="Calibri Light" w:cs="Calibri Light"/>
        </w:rPr>
      </w:pPr>
      <w:r w:rsidRPr="00735463">
        <w:rPr>
          <w:rFonts w:ascii="Calibri Light" w:hAnsi="Calibri Light" w:cs="Calibri Light"/>
          <w:sz w:val="18"/>
        </w:rPr>
        <w:t>Prosimy krótko wyjaśnić powód. W razie potrzeby można wskazać, kogo lub jakiego miejsca dotyczy problem oraz jak propozycja może pomóc.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4E4320" w:rsidRPr="00735463" w14:paraId="17312D50" w14:textId="77777777">
        <w:trPr>
          <w:cantSplit/>
          <w:trHeight w:val="1276"/>
          <w:jc w:val="center"/>
        </w:trPr>
        <w:tc>
          <w:tcPr>
            <w:tcW w:w="9638" w:type="dxa"/>
            <w:tcBorders>
              <w:top w:val="single" w:sz="4" w:space="0" w:color="A8B2B8"/>
              <w:left w:val="single" w:sz="4" w:space="0" w:color="A8B2B8"/>
              <w:bottom w:val="single" w:sz="4" w:space="0" w:color="A8B2B8"/>
              <w:right w:val="single" w:sz="4" w:space="0" w:color="A8B2B8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9CEADD" w14:textId="77777777" w:rsidR="004E4320" w:rsidRDefault="004E4320">
            <w:pPr>
              <w:spacing w:after="0"/>
              <w:rPr>
                <w:rFonts w:ascii="Calibri Light" w:hAnsi="Calibri Light" w:cs="Calibri Light"/>
              </w:rPr>
            </w:pPr>
          </w:p>
          <w:p w14:paraId="2A0DFB62" w14:textId="77777777" w:rsidR="00735463" w:rsidRDefault="00735463">
            <w:pPr>
              <w:spacing w:after="0"/>
              <w:rPr>
                <w:rFonts w:ascii="Calibri Light" w:hAnsi="Calibri Light" w:cs="Calibri Light"/>
              </w:rPr>
            </w:pPr>
          </w:p>
          <w:p w14:paraId="26A979A1" w14:textId="77777777" w:rsidR="00735463" w:rsidRDefault="00735463">
            <w:pPr>
              <w:spacing w:after="0"/>
              <w:rPr>
                <w:rFonts w:ascii="Calibri Light" w:hAnsi="Calibri Light" w:cs="Calibri Light"/>
              </w:rPr>
            </w:pPr>
          </w:p>
          <w:p w14:paraId="338DCC42" w14:textId="77777777" w:rsidR="00735463" w:rsidRDefault="00735463">
            <w:pPr>
              <w:spacing w:after="0"/>
              <w:rPr>
                <w:rFonts w:ascii="Calibri Light" w:hAnsi="Calibri Light" w:cs="Calibri Light"/>
              </w:rPr>
            </w:pPr>
          </w:p>
          <w:p w14:paraId="31652D7A" w14:textId="77777777" w:rsidR="00735463" w:rsidRDefault="00735463">
            <w:pPr>
              <w:spacing w:after="0"/>
              <w:rPr>
                <w:rFonts w:ascii="Calibri Light" w:hAnsi="Calibri Light" w:cs="Calibri Light"/>
              </w:rPr>
            </w:pPr>
          </w:p>
          <w:p w14:paraId="20A7B61F" w14:textId="77777777" w:rsidR="00735463" w:rsidRDefault="00735463">
            <w:pPr>
              <w:spacing w:after="0"/>
              <w:rPr>
                <w:rFonts w:ascii="Calibri Light" w:hAnsi="Calibri Light" w:cs="Calibri Light"/>
              </w:rPr>
            </w:pPr>
          </w:p>
          <w:p w14:paraId="7E7986B1" w14:textId="77777777" w:rsidR="00735463" w:rsidRPr="00735463" w:rsidRDefault="00735463">
            <w:pPr>
              <w:spacing w:after="0"/>
              <w:rPr>
                <w:rFonts w:ascii="Calibri Light" w:hAnsi="Calibri Light" w:cs="Calibri Light"/>
              </w:rPr>
            </w:pPr>
          </w:p>
        </w:tc>
      </w:tr>
    </w:tbl>
    <w:p w14:paraId="54A41706" w14:textId="77777777" w:rsidR="004E4320" w:rsidRPr="00735463" w:rsidRDefault="004E4320">
      <w:pPr>
        <w:spacing w:after="20" w:line="40" w:lineRule="exact"/>
        <w:rPr>
          <w:rFonts w:ascii="Calibri Light" w:hAnsi="Calibri Light" w:cs="Calibri Light"/>
        </w:rPr>
      </w:pPr>
    </w:p>
    <w:sectPr w:rsidR="004E4320" w:rsidRPr="00735463" w:rsidSect="00034616">
      <w:headerReference w:type="default" r:id="rId8"/>
      <w:pgSz w:w="11906" w:h="16838"/>
      <w:pgMar w:top="879" w:right="1134" w:bottom="850" w:left="1134" w:header="369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42CE4" w14:textId="77777777" w:rsidR="00612BCE" w:rsidRDefault="00612BCE">
      <w:pPr>
        <w:spacing w:after="0" w:line="240" w:lineRule="auto"/>
      </w:pPr>
      <w:r>
        <w:separator/>
      </w:r>
    </w:p>
  </w:endnote>
  <w:endnote w:type="continuationSeparator" w:id="0">
    <w:p w14:paraId="03887D2D" w14:textId="77777777" w:rsidR="00612BCE" w:rsidRDefault="00612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B2943" w14:textId="77777777" w:rsidR="00612BCE" w:rsidRDefault="00612BCE">
      <w:pPr>
        <w:spacing w:after="0" w:line="240" w:lineRule="auto"/>
      </w:pPr>
      <w:r>
        <w:separator/>
      </w:r>
    </w:p>
  </w:footnote>
  <w:footnote w:type="continuationSeparator" w:id="0">
    <w:p w14:paraId="366C57D6" w14:textId="77777777" w:rsidR="00612BCE" w:rsidRDefault="00612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4402" w14:textId="3E0C428C" w:rsidR="00FC61E7" w:rsidRPr="00FC61E7" w:rsidRDefault="00FC61E7" w:rsidP="00FC61E7">
    <w:pPr>
      <w:pStyle w:val="Nagwek"/>
      <w:ind w:left="7371"/>
      <w:rPr>
        <w:i/>
        <w:iCs/>
        <w:sz w:val="16"/>
        <w:szCs w:val="16"/>
      </w:rPr>
    </w:pPr>
    <w:r w:rsidRPr="00FC61E7">
      <w:rPr>
        <w:i/>
        <w:iCs/>
        <w:sz w:val="16"/>
        <w:szCs w:val="16"/>
      </w:rPr>
      <w:t>Załącznik nr 2</w:t>
    </w:r>
  </w:p>
  <w:p w14:paraId="0046038E" w14:textId="5E530C32" w:rsidR="00FC61E7" w:rsidRPr="00FC61E7" w:rsidRDefault="00FC61E7" w:rsidP="00FC61E7">
    <w:pPr>
      <w:pStyle w:val="Nagwek"/>
      <w:ind w:left="7371"/>
      <w:rPr>
        <w:i/>
        <w:iCs/>
        <w:sz w:val="16"/>
        <w:szCs w:val="16"/>
      </w:rPr>
    </w:pPr>
    <w:r w:rsidRPr="00FC61E7">
      <w:rPr>
        <w:i/>
        <w:iCs/>
        <w:sz w:val="16"/>
        <w:szCs w:val="16"/>
      </w:rPr>
      <w:t xml:space="preserve">Do Zarządzenia Wójta nr </w:t>
    </w:r>
    <w:r w:rsidR="00C83074" w:rsidRPr="00C83074">
      <w:rPr>
        <w:i/>
        <w:iCs/>
        <w:sz w:val="16"/>
        <w:szCs w:val="16"/>
      </w:rPr>
      <w:t>OR.0050.1.43.2026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5254559">
    <w:abstractNumId w:val="8"/>
  </w:num>
  <w:num w:numId="2" w16cid:durableId="574434497">
    <w:abstractNumId w:val="6"/>
  </w:num>
  <w:num w:numId="3" w16cid:durableId="2138797033">
    <w:abstractNumId w:val="5"/>
  </w:num>
  <w:num w:numId="4" w16cid:durableId="1082526511">
    <w:abstractNumId w:val="4"/>
  </w:num>
  <w:num w:numId="5" w16cid:durableId="1950509082">
    <w:abstractNumId w:val="7"/>
  </w:num>
  <w:num w:numId="6" w16cid:durableId="1858498642">
    <w:abstractNumId w:val="3"/>
  </w:num>
  <w:num w:numId="7" w16cid:durableId="634598932">
    <w:abstractNumId w:val="2"/>
  </w:num>
  <w:num w:numId="8" w16cid:durableId="157233662">
    <w:abstractNumId w:val="1"/>
  </w:num>
  <w:num w:numId="9" w16cid:durableId="808477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4FC3"/>
    <w:rsid w:val="00265069"/>
    <w:rsid w:val="0029639D"/>
    <w:rsid w:val="002E57B0"/>
    <w:rsid w:val="00326F90"/>
    <w:rsid w:val="004E4320"/>
    <w:rsid w:val="005639B4"/>
    <w:rsid w:val="00587E8D"/>
    <w:rsid w:val="00612BCE"/>
    <w:rsid w:val="00735463"/>
    <w:rsid w:val="0073696E"/>
    <w:rsid w:val="00757254"/>
    <w:rsid w:val="00955E62"/>
    <w:rsid w:val="00A003DB"/>
    <w:rsid w:val="00AA1D8D"/>
    <w:rsid w:val="00B47730"/>
    <w:rsid w:val="00C47A35"/>
    <w:rsid w:val="00C83074"/>
    <w:rsid w:val="00CA723E"/>
    <w:rsid w:val="00CB0664"/>
    <w:rsid w:val="00EB73AA"/>
    <w:rsid w:val="00FC61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51A0E9"/>
  <w14:defaultImageDpi w14:val="300"/>
  <w15:docId w15:val="{324B9872-52EB-4FAE-94CB-5DC662EF9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0" w:lineRule="auto"/>
    </w:pPr>
    <w:rPr>
      <w:rFonts w:ascii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/>
      <w:b/>
      <w:bCs/>
      <w:color w:val="243B45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before="120" w:after="100" w:line="240" w:lineRule="auto"/>
      <w:contextualSpacing/>
    </w:pPr>
    <w:rPr>
      <w:rFonts w:asciiTheme="majorHAnsi" w:eastAsiaTheme="majorEastAsia" w:hAnsiTheme="majorHAnsi" w:cstheme="majorBidi"/>
      <w:color w:val="243B45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spacing w:before="120" w:after="100"/>
    </w:pPr>
    <w:rPr>
      <w:rFonts w:asciiTheme="majorHAnsi" w:eastAsiaTheme="majorEastAsia" w:hAnsiTheme="majorHAnsi" w:cstheme="majorBidi"/>
      <w:i/>
      <w:iCs/>
      <w:color w:val="243B45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Ankieta konsultacyjna - GPR Dobra 2026-2035</vt:lpstr>
      <vt:lpstr/>
    </vt:vector>
  </TitlesOfParts>
  <Manager/>
  <Company/>
  <LinksUpToDate>false</LinksUpToDate>
  <CharactersWithSpaces>1030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konsultacyjna - GPR Dobra 2026-2035</dc:title>
  <dc:subject>Formularz uwag do projektu Gminnego Programu Rewitalizacji</dc:subject>
  <dc:creator>Michał Kudłacz</dc:creator>
  <cp:keywords>GPR, Dobra, konsultacje spoleczne, formularz uwag</cp:keywords>
  <dc:description/>
  <cp:lastModifiedBy>Anna Mańka 2</cp:lastModifiedBy>
  <cp:revision>9</cp:revision>
  <cp:lastPrinted>2026-09-29T16:34:00Z</cp:lastPrinted>
  <dcterms:created xsi:type="dcterms:W3CDTF">2026-09-29T15:14:00Z</dcterms:created>
  <dcterms:modified xsi:type="dcterms:W3CDTF">2026-10-30T13:25:00Z</dcterms:modified>
  <cp:category/>
</cp:coreProperties>
</file>